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17796" w14:textId="77777777" w:rsidR="005B1607" w:rsidRDefault="005B1607" w:rsidP="00E14723">
      <w:pPr>
        <w:jc w:val="right"/>
        <w:rPr>
          <w:b/>
        </w:rPr>
      </w:pPr>
    </w:p>
    <w:p w14:paraId="76879842" w14:textId="17B111B8" w:rsidR="00D71CA3" w:rsidRDefault="00E14723" w:rsidP="00E14723">
      <w:pPr>
        <w:jc w:val="right"/>
        <w:rPr>
          <w:b/>
        </w:rPr>
      </w:pPr>
      <w:r w:rsidRPr="00D92471">
        <w:rPr>
          <w:noProof/>
          <w:sz w:val="24"/>
          <w:szCs w:val="24"/>
          <w:lang w:eastAsia="ru-RU"/>
        </w:rPr>
        <w:drawing>
          <wp:inline distT="0" distB="0" distL="0" distR="0" wp14:anchorId="66A1E6A3" wp14:editId="28A4B062">
            <wp:extent cx="2225639" cy="507094"/>
            <wp:effectExtent l="0" t="0" r="3810" b="7620"/>
            <wp:docPr id="2117413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32912" cy="508751"/>
                    </a:xfrm>
                    <a:prstGeom prst="rect">
                      <a:avLst/>
                    </a:prstGeom>
                    <a:noFill/>
                    <a:ln>
                      <a:noFill/>
                    </a:ln>
                  </pic:spPr>
                </pic:pic>
              </a:graphicData>
            </a:graphic>
          </wp:inline>
        </w:drawing>
      </w:r>
    </w:p>
    <w:p w14:paraId="6C998469" w14:textId="77777777" w:rsidR="00E14723" w:rsidRDefault="00E14723">
      <w:pPr>
        <w:jc w:val="center"/>
        <w:rPr>
          <w:b/>
        </w:rPr>
      </w:pPr>
    </w:p>
    <w:p w14:paraId="3ED7B9B7" w14:textId="77777777" w:rsidR="005B1607" w:rsidRDefault="005B1607">
      <w:pPr>
        <w:jc w:val="center"/>
        <w:rPr>
          <w:b/>
        </w:rPr>
      </w:pPr>
    </w:p>
    <w:p w14:paraId="2B81B96A" w14:textId="4E59F85A" w:rsidR="008B56EE" w:rsidRPr="00E14723" w:rsidRDefault="00000000">
      <w:pPr>
        <w:jc w:val="center"/>
        <w:rPr>
          <w:sz w:val="28"/>
          <w:szCs w:val="28"/>
        </w:rPr>
      </w:pPr>
      <w:proofErr w:type="spellStart"/>
      <w:r w:rsidRPr="00E14723">
        <w:rPr>
          <w:b/>
          <w:sz w:val="28"/>
          <w:szCs w:val="28"/>
        </w:rPr>
        <w:t>Domnule</w:t>
      </w:r>
      <w:proofErr w:type="spellEnd"/>
      <w:r w:rsidRPr="00E14723">
        <w:rPr>
          <w:b/>
          <w:sz w:val="28"/>
          <w:szCs w:val="28"/>
        </w:rPr>
        <w:t xml:space="preserve"> Decan,</w:t>
      </w:r>
    </w:p>
    <w:p w14:paraId="23B4CEC0" w14:textId="638A54A4" w:rsidR="008B56EE" w:rsidRPr="00D0346F" w:rsidRDefault="00000000" w:rsidP="00E14723">
      <w:pPr>
        <w:widowControl w:val="0"/>
        <w:spacing w:before="240" w:after="240" w:line="360" w:lineRule="auto"/>
        <w:ind w:left="193" w:right="164" w:firstLine="527"/>
        <w:rPr>
          <w:rFonts w:eastAsia="Times New Roman" w:cs="Times New Roman"/>
          <w:color w:val="000000" w:themeColor="text1"/>
          <w:sz w:val="28"/>
          <w:szCs w:val="28"/>
          <w:lang w:val="fr-FR"/>
        </w:rPr>
      </w:pPr>
      <w:proofErr w:type="spellStart"/>
      <w:r w:rsidRPr="00D0346F">
        <w:rPr>
          <w:rFonts w:eastAsia="Times New Roman" w:cs="Times New Roman"/>
          <w:color w:val="000000" w:themeColor="text1"/>
          <w:sz w:val="28"/>
          <w:szCs w:val="28"/>
          <w:lang w:val="fr-FR"/>
        </w:rPr>
        <w:t>Subsemnatul</w:t>
      </w:r>
      <w:proofErr w:type="spellEnd"/>
      <w:r w:rsidRPr="00D0346F">
        <w:rPr>
          <w:rFonts w:eastAsia="Times New Roman" w:cs="Times New Roman"/>
          <w:color w:val="000000" w:themeColor="text1"/>
          <w:sz w:val="28"/>
          <w:szCs w:val="28"/>
          <w:lang w:val="fr-FR"/>
        </w:rPr>
        <w:t xml:space="preserve">(a) _________________________________________________, </w:t>
      </w:r>
      <w:proofErr w:type="spellStart"/>
      <w:r w:rsidRPr="00D0346F">
        <w:rPr>
          <w:rFonts w:eastAsia="Times New Roman" w:cs="Times New Roman"/>
          <w:color w:val="000000" w:themeColor="text1"/>
          <w:sz w:val="28"/>
          <w:szCs w:val="28"/>
          <w:lang w:val="fr-FR"/>
        </w:rPr>
        <w:t>studentul</w:t>
      </w:r>
      <w:proofErr w:type="spellEnd"/>
      <w:r w:rsidRPr="00D0346F">
        <w:rPr>
          <w:rFonts w:eastAsia="Times New Roman" w:cs="Times New Roman"/>
          <w:color w:val="000000" w:themeColor="text1"/>
          <w:sz w:val="28"/>
          <w:szCs w:val="28"/>
          <w:lang w:val="fr-FR"/>
        </w:rPr>
        <w:t xml:space="preserve">(a) </w:t>
      </w:r>
      <w:proofErr w:type="spellStart"/>
      <w:r w:rsidR="00E14723" w:rsidRPr="00D0346F">
        <w:rPr>
          <w:rFonts w:eastAsia="Times New Roman" w:cs="Times New Roman"/>
          <w:color w:val="000000" w:themeColor="text1"/>
          <w:sz w:val="28"/>
          <w:szCs w:val="28"/>
          <w:lang w:val="fr-FR"/>
        </w:rPr>
        <w:t>F</w:t>
      </w:r>
      <w:r w:rsidRPr="00D0346F">
        <w:rPr>
          <w:rFonts w:eastAsia="Times New Roman" w:cs="Times New Roman"/>
          <w:color w:val="000000" w:themeColor="text1"/>
          <w:sz w:val="28"/>
          <w:szCs w:val="28"/>
          <w:lang w:val="fr-FR"/>
        </w:rPr>
        <w:t>acultății</w:t>
      </w:r>
      <w:proofErr w:type="spellEnd"/>
      <w:r w:rsidR="00E14723" w:rsidRPr="00D0346F">
        <w:rPr>
          <w:rFonts w:eastAsia="Times New Roman" w:cs="Times New Roman"/>
          <w:color w:val="000000" w:themeColor="text1"/>
          <w:sz w:val="28"/>
          <w:szCs w:val="28"/>
          <w:lang w:val="fr-FR"/>
        </w:rPr>
        <w:t xml:space="preserve"> </w:t>
      </w:r>
      <w:proofErr w:type="spellStart"/>
      <w:r w:rsidR="00E14723" w:rsidRPr="00D0346F">
        <w:rPr>
          <w:rFonts w:eastAsia="Times New Roman" w:cs="Times New Roman"/>
          <w:color w:val="000000" w:themeColor="text1"/>
          <w:sz w:val="28"/>
          <w:szCs w:val="28"/>
          <w:lang w:val="fr-FR"/>
        </w:rPr>
        <w:t>Calculatoare</w:t>
      </w:r>
      <w:proofErr w:type="spellEnd"/>
      <w:r w:rsidR="00E14723" w:rsidRPr="00D0346F">
        <w:rPr>
          <w:rFonts w:eastAsia="Times New Roman" w:cs="Times New Roman"/>
          <w:color w:val="000000" w:themeColor="text1"/>
          <w:sz w:val="28"/>
          <w:szCs w:val="28"/>
          <w:lang w:val="fr-FR"/>
        </w:rPr>
        <w:t xml:space="preserve">, </w:t>
      </w:r>
      <w:proofErr w:type="spellStart"/>
      <w:r w:rsidR="00E14723" w:rsidRPr="00D0346F">
        <w:rPr>
          <w:rFonts w:eastAsia="Times New Roman" w:cs="Times New Roman"/>
          <w:color w:val="000000" w:themeColor="text1"/>
          <w:sz w:val="28"/>
          <w:szCs w:val="28"/>
          <w:lang w:val="fr-FR"/>
        </w:rPr>
        <w:t>Informatică</w:t>
      </w:r>
      <w:proofErr w:type="spellEnd"/>
      <w:r w:rsidR="00E14723" w:rsidRPr="00D0346F">
        <w:rPr>
          <w:rFonts w:eastAsia="Times New Roman" w:cs="Times New Roman"/>
          <w:color w:val="000000" w:themeColor="text1"/>
          <w:sz w:val="28"/>
          <w:szCs w:val="28"/>
          <w:lang w:val="fr-FR"/>
        </w:rPr>
        <w:t xml:space="preserve"> </w:t>
      </w:r>
      <w:proofErr w:type="spellStart"/>
      <w:r w:rsidR="00E14723" w:rsidRPr="00D0346F">
        <w:rPr>
          <w:rFonts w:eastAsia="Times New Roman" w:cs="Times New Roman"/>
          <w:color w:val="000000" w:themeColor="text1"/>
          <w:sz w:val="28"/>
          <w:szCs w:val="28"/>
          <w:lang w:val="fr-FR"/>
        </w:rPr>
        <w:t>și</w:t>
      </w:r>
      <w:proofErr w:type="spellEnd"/>
      <w:r w:rsidR="00E14723" w:rsidRPr="00D0346F">
        <w:rPr>
          <w:rFonts w:eastAsia="Times New Roman" w:cs="Times New Roman"/>
          <w:color w:val="000000" w:themeColor="text1"/>
          <w:sz w:val="28"/>
          <w:szCs w:val="28"/>
          <w:lang w:val="fr-FR"/>
        </w:rPr>
        <w:t xml:space="preserve"> </w:t>
      </w:r>
      <w:proofErr w:type="spellStart"/>
      <w:r w:rsidR="00E14723" w:rsidRPr="00D0346F">
        <w:rPr>
          <w:rFonts w:eastAsia="Times New Roman" w:cs="Times New Roman"/>
          <w:color w:val="000000" w:themeColor="text1"/>
          <w:sz w:val="28"/>
          <w:szCs w:val="28"/>
          <w:lang w:val="fr-FR"/>
        </w:rPr>
        <w:t>Microelectronică</w:t>
      </w:r>
      <w:proofErr w:type="spellEnd"/>
      <w:r w:rsidRPr="00D0346F">
        <w:rPr>
          <w:rFonts w:eastAsia="Times New Roman" w:cs="Times New Roman"/>
          <w:color w:val="000000" w:themeColor="text1"/>
          <w:sz w:val="28"/>
          <w:szCs w:val="28"/>
          <w:lang w:val="fr-FR"/>
        </w:rPr>
        <w:t xml:space="preserve">, </w:t>
      </w:r>
      <w:proofErr w:type="spellStart"/>
      <w:r w:rsidR="00E14723" w:rsidRPr="00D0346F">
        <w:rPr>
          <w:rFonts w:eastAsia="Times New Roman" w:cs="Times New Roman"/>
          <w:color w:val="000000" w:themeColor="text1"/>
          <w:sz w:val="28"/>
          <w:szCs w:val="28"/>
          <w:lang w:val="fr-FR"/>
        </w:rPr>
        <w:t>programul</w:t>
      </w:r>
      <w:proofErr w:type="spellEnd"/>
      <w:r w:rsidR="00E14723" w:rsidRPr="00D0346F">
        <w:rPr>
          <w:rFonts w:eastAsia="Times New Roman" w:cs="Times New Roman"/>
          <w:color w:val="000000" w:themeColor="text1"/>
          <w:sz w:val="28"/>
          <w:szCs w:val="28"/>
          <w:lang w:val="fr-FR"/>
        </w:rPr>
        <w:t xml:space="preserve"> de studiu</w:t>
      </w:r>
      <w:r w:rsidRPr="00D0346F">
        <w:rPr>
          <w:rFonts w:eastAsia="Times New Roman" w:cs="Times New Roman"/>
          <w:color w:val="000000" w:themeColor="text1"/>
          <w:sz w:val="28"/>
          <w:szCs w:val="28"/>
          <w:lang w:val="fr-FR"/>
        </w:rPr>
        <w:t>________________________________</w:t>
      </w:r>
      <w:r w:rsidR="00E14723" w:rsidRPr="00D0346F">
        <w:rPr>
          <w:rFonts w:eastAsia="Times New Roman" w:cs="Times New Roman"/>
          <w:color w:val="000000" w:themeColor="text1"/>
          <w:sz w:val="28"/>
          <w:szCs w:val="28"/>
          <w:lang w:val="fr-FR"/>
        </w:rPr>
        <w:t>____________________________</w:t>
      </w:r>
      <w:r w:rsidRPr="00D0346F">
        <w:rPr>
          <w:rFonts w:eastAsia="Times New Roman" w:cs="Times New Roman"/>
          <w:color w:val="000000" w:themeColor="text1"/>
          <w:sz w:val="28"/>
          <w:szCs w:val="28"/>
          <w:lang w:val="fr-FR"/>
        </w:rPr>
        <w:t xml:space="preserve">_, </w:t>
      </w:r>
      <w:proofErr w:type="spellStart"/>
      <w:r w:rsidRPr="00D0346F">
        <w:rPr>
          <w:rFonts w:eastAsia="Times New Roman" w:cs="Times New Roman"/>
          <w:color w:val="000000" w:themeColor="text1"/>
          <w:sz w:val="28"/>
          <w:szCs w:val="28"/>
          <w:lang w:val="fr-FR"/>
        </w:rPr>
        <w:t>anul</w:t>
      </w:r>
      <w:proofErr w:type="spellEnd"/>
      <w:r w:rsidRPr="00D0346F">
        <w:rPr>
          <w:rFonts w:eastAsia="Times New Roman" w:cs="Times New Roman"/>
          <w:color w:val="000000" w:themeColor="text1"/>
          <w:sz w:val="28"/>
          <w:szCs w:val="28"/>
          <w:lang w:val="fr-FR"/>
        </w:rPr>
        <w:t xml:space="preserve"> de </w:t>
      </w:r>
      <w:proofErr w:type="spellStart"/>
      <w:r w:rsidRPr="00D0346F">
        <w:rPr>
          <w:rFonts w:eastAsia="Times New Roman" w:cs="Times New Roman"/>
          <w:color w:val="000000" w:themeColor="text1"/>
          <w:sz w:val="28"/>
          <w:szCs w:val="28"/>
          <w:lang w:val="fr-FR"/>
        </w:rPr>
        <w:t>studii</w:t>
      </w:r>
      <w:proofErr w:type="spellEnd"/>
      <w:r w:rsidRPr="00D0346F">
        <w:rPr>
          <w:rFonts w:eastAsia="Times New Roman" w:cs="Times New Roman"/>
          <w:color w:val="000000" w:themeColor="text1"/>
          <w:sz w:val="28"/>
          <w:szCs w:val="28"/>
          <w:lang w:val="fr-FR"/>
        </w:rPr>
        <w:t xml:space="preserve"> ______, </w:t>
      </w:r>
      <w:proofErr w:type="spellStart"/>
      <w:r w:rsidRPr="00D0346F">
        <w:rPr>
          <w:rFonts w:eastAsia="Times New Roman" w:cs="Times New Roman"/>
          <w:color w:val="000000" w:themeColor="text1"/>
          <w:sz w:val="28"/>
          <w:szCs w:val="28"/>
          <w:lang w:val="fr-FR"/>
        </w:rPr>
        <w:t>grupa</w:t>
      </w:r>
      <w:proofErr w:type="spellEnd"/>
      <w:r w:rsidRPr="00D0346F">
        <w:rPr>
          <w:rFonts w:eastAsia="Times New Roman" w:cs="Times New Roman"/>
          <w:color w:val="000000" w:themeColor="text1"/>
          <w:sz w:val="28"/>
          <w:szCs w:val="28"/>
          <w:lang w:val="fr-FR"/>
        </w:rPr>
        <w:t xml:space="preserve"> ______, IDNP __________________</w:t>
      </w:r>
      <w:r w:rsidR="00E14723" w:rsidRPr="00D0346F">
        <w:rPr>
          <w:rFonts w:eastAsia="Times New Roman" w:cs="Times New Roman"/>
          <w:color w:val="000000" w:themeColor="text1"/>
          <w:sz w:val="28"/>
          <w:szCs w:val="28"/>
          <w:lang w:val="fr-FR"/>
        </w:rPr>
        <w:t>____________</w:t>
      </w:r>
      <w:r w:rsidRPr="00D0346F">
        <w:rPr>
          <w:rFonts w:eastAsia="Times New Roman" w:cs="Times New Roman"/>
          <w:color w:val="000000" w:themeColor="text1"/>
          <w:sz w:val="28"/>
          <w:szCs w:val="28"/>
          <w:lang w:val="fr-FR"/>
        </w:rPr>
        <w:t>,</w:t>
      </w:r>
    </w:p>
    <w:p w14:paraId="1AA33F1C" w14:textId="1153E8EE" w:rsidR="00E14723" w:rsidRPr="00D0346F" w:rsidRDefault="00000000" w:rsidP="00E14723">
      <w:pPr>
        <w:widowControl w:val="0"/>
        <w:spacing w:before="240" w:after="240" w:line="360" w:lineRule="auto"/>
        <w:ind w:left="193" w:right="164"/>
        <w:jc w:val="both"/>
        <w:rPr>
          <w:rFonts w:eastAsia="Times New Roman" w:cs="Times New Roman"/>
          <w:color w:val="000000" w:themeColor="text1"/>
          <w:sz w:val="28"/>
          <w:szCs w:val="28"/>
          <w:lang w:val="fr-FR"/>
        </w:rPr>
      </w:pPr>
      <w:proofErr w:type="spellStart"/>
      <w:proofErr w:type="gramStart"/>
      <w:r w:rsidRPr="00D0346F">
        <w:rPr>
          <w:rFonts w:eastAsia="Times New Roman" w:cs="Times New Roman"/>
          <w:color w:val="000000" w:themeColor="text1"/>
          <w:sz w:val="28"/>
          <w:szCs w:val="28"/>
          <w:lang w:val="fr-FR"/>
        </w:rPr>
        <w:t>studii</w:t>
      </w:r>
      <w:proofErr w:type="spellEnd"/>
      <w:proofErr w:type="gramEnd"/>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cu</w:t>
      </w:r>
      <w:proofErr w:type="spellEnd"/>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finanțare</w:t>
      </w:r>
      <w:proofErr w:type="spellEnd"/>
      <w:r w:rsidRPr="00D0346F">
        <w:rPr>
          <w:rFonts w:eastAsia="Times New Roman" w:cs="Times New Roman"/>
          <w:color w:val="000000" w:themeColor="text1"/>
          <w:sz w:val="28"/>
          <w:szCs w:val="28"/>
          <w:lang w:val="fr-FR"/>
        </w:rPr>
        <w:t xml:space="preserve"> </w:t>
      </w:r>
      <w:r w:rsidR="001355B1">
        <w:rPr>
          <w:rFonts w:eastAsia="Times New Roman" w:cs="Times New Roman"/>
          <w:color w:val="000000" w:themeColor="text1"/>
          <w:sz w:val="28"/>
          <w:szCs w:val="28"/>
          <w:lang w:val="fr-FR"/>
        </w:rPr>
        <w:t>(</w:t>
      </w:r>
      <w:proofErr w:type="spellStart"/>
      <w:r w:rsidRPr="00D0346F">
        <w:rPr>
          <w:rFonts w:eastAsia="Times New Roman" w:cs="Times New Roman"/>
          <w:color w:val="000000" w:themeColor="text1"/>
          <w:sz w:val="28"/>
          <w:szCs w:val="28"/>
          <w:lang w:val="fr-FR"/>
        </w:rPr>
        <w:t>bugetară</w:t>
      </w:r>
      <w:proofErr w:type="spellEnd"/>
      <w:r w:rsidRPr="00D0346F">
        <w:rPr>
          <w:rFonts w:eastAsia="Times New Roman" w:cs="Times New Roman"/>
          <w:color w:val="000000" w:themeColor="text1"/>
          <w:sz w:val="28"/>
          <w:szCs w:val="28"/>
          <w:lang w:val="fr-FR"/>
        </w:rPr>
        <w:t>/</w:t>
      </w:r>
      <w:proofErr w:type="spellStart"/>
      <w:r w:rsidRPr="00D0346F">
        <w:rPr>
          <w:rFonts w:eastAsia="Times New Roman" w:cs="Times New Roman"/>
          <w:color w:val="000000" w:themeColor="text1"/>
          <w:sz w:val="28"/>
          <w:szCs w:val="28"/>
          <w:lang w:val="fr-FR"/>
        </w:rPr>
        <w:t>în</w:t>
      </w:r>
      <w:proofErr w:type="spellEnd"/>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bază</w:t>
      </w:r>
      <w:proofErr w:type="spellEnd"/>
      <w:r w:rsidRPr="00D0346F">
        <w:rPr>
          <w:rFonts w:eastAsia="Times New Roman" w:cs="Times New Roman"/>
          <w:color w:val="000000" w:themeColor="text1"/>
          <w:sz w:val="28"/>
          <w:szCs w:val="28"/>
          <w:lang w:val="fr-FR"/>
        </w:rPr>
        <w:t xml:space="preserve"> de </w:t>
      </w:r>
      <w:proofErr w:type="spellStart"/>
      <w:r w:rsidRPr="00D0346F">
        <w:rPr>
          <w:rFonts w:eastAsia="Times New Roman" w:cs="Times New Roman"/>
          <w:color w:val="000000" w:themeColor="text1"/>
          <w:sz w:val="28"/>
          <w:szCs w:val="28"/>
          <w:lang w:val="fr-FR"/>
        </w:rPr>
        <w:t>contract</w:t>
      </w:r>
      <w:proofErr w:type="spellEnd"/>
      <w:r w:rsidR="001355B1">
        <w:rPr>
          <w:rFonts w:eastAsia="Times New Roman" w:cs="Times New Roman"/>
          <w:color w:val="000000" w:themeColor="text1"/>
          <w:sz w:val="28"/>
          <w:szCs w:val="28"/>
          <w:lang w:val="fr-FR"/>
        </w:rPr>
        <w:t>) _____________</w:t>
      </w:r>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învățământ</w:t>
      </w:r>
      <w:proofErr w:type="spellEnd"/>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cu</w:t>
      </w:r>
      <w:proofErr w:type="spellEnd"/>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frecvență</w:t>
      </w:r>
      <w:proofErr w:type="spellEnd"/>
      <w:r w:rsidRPr="00D0346F">
        <w:rPr>
          <w:rFonts w:eastAsia="Times New Roman" w:cs="Times New Roman"/>
          <w:color w:val="000000" w:themeColor="text1"/>
          <w:sz w:val="28"/>
          <w:szCs w:val="28"/>
          <w:lang w:val="fr-FR"/>
        </w:rPr>
        <w:t xml:space="preserve"> la </w:t>
      </w:r>
      <w:proofErr w:type="spellStart"/>
      <w:r w:rsidRPr="00D0346F">
        <w:rPr>
          <w:rFonts w:eastAsia="Times New Roman" w:cs="Times New Roman"/>
          <w:color w:val="000000" w:themeColor="text1"/>
          <w:sz w:val="28"/>
          <w:szCs w:val="28"/>
          <w:lang w:val="fr-FR"/>
        </w:rPr>
        <w:t>zi</w:t>
      </w:r>
      <w:proofErr w:type="spellEnd"/>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solicit</w:t>
      </w:r>
      <w:proofErr w:type="spellEnd"/>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acordarea</w:t>
      </w:r>
      <w:proofErr w:type="spellEnd"/>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bursei</w:t>
      </w:r>
      <w:proofErr w:type="spellEnd"/>
      <w:r w:rsidRPr="00D0346F">
        <w:rPr>
          <w:rFonts w:eastAsia="Times New Roman" w:cs="Times New Roman"/>
          <w:color w:val="000000" w:themeColor="text1"/>
          <w:sz w:val="28"/>
          <w:szCs w:val="28"/>
          <w:lang w:val="fr-FR"/>
        </w:rPr>
        <w:t xml:space="preserve"> sociale </w:t>
      </w:r>
      <w:proofErr w:type="spellStart"/>
      <w:r w:rsidRPr="00D0346F">
        <w:rPr>
          <w:rFonts w:eastAsia="Times New Roman" w:cs="Times New Roman"/>
          <w:color w:val="000000" w:themeColor="text1"/>
          <w:sz w:val="28"/>
          <w:szCs w:val="28"/>
          <w:lang w:val="fr-FR"/>
        </w:rPr>
        <w:t>pentru</w:t>
      </w:r>
      <w:proofErr w:type="spellEnd"/>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semestrul</w:t>
      </w:r>
      <w:proofErr w:type="spellEnd"/>
      <w:r w:rsidRPr="00D0346F">
        <w:rPr>
          <w:rFonts w:eastAsia="Times New Roman" w:cs="Times New Roman"/>
          <w:color w:val="000000" w:themeColor="text1"/>
          <w:sz w:val="28"/>
          <w:szCs w:val="28"/>
          <w:lang w:val="fr-FR"/>
        </w:rPr>
        <w:t xml:space="preserve"> ______, al </w:t>
      </w:r>
      <w:proofErr w:type="spellStart"/>
      <w:r w:rsidRPr="00D0346F">
        <w:rPr>
          <w:rFonts w:eastAsia="Times New Roman" w:cs="Times New Roman"/>
          <w:color w:val="000000" w:themeColor="text1"/>
          <w:sz w:val="28"/>
          <w:szCs w:val="28"/>
          <w:lang w:val="fr-FR"/>
        </w:rPr>
        <w:t>anului</w:t>
      </w:r>
      <w:proofErr w:type="spellEnd"/>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universitar</w:t>
      </w:r>
      <w:proofErr w:type="spellEnd"/>
      <w:r w:rsidRPr="00D0346F">
        <w:rPr>
          <w:rFonts w:eastAsia="Times New Roman" w:cs="Times New Roman"/>
          <w:color w:val="000000" w:themeColor="text1"/>
          <w:sz w:val="28"/>
          <w:szCs w:val="28"/>
          <w:lang w:val="fr-FR"/>
        </w:rPr>
        <w:t xml:space="preserve"> </w:t>
      </w:r>
      <w:r w:rsidR="00E14723" w:rsidRPr="001355B1">
        <w:rPr>
          <w:rFonts w:eastAsia="Times New Roman" w:cs="Times New Roman"/>
          <w:color w:val="000000" w:themeColor="text1"/>
          <w:sz w:val="28"/>
          <w:szCs w:val="28"/>
          <w:u w:val="single"/>
          <w:lang w:val="fr-FR"/>
        </w:rPr>
        <w:t>2026/2027</w:t>
      </w:r>
      <w:r w:rsidR="00E14723" w:rsidRPr="00D0346F">
        <w:rPr>
          <w:rFonts w:eastAsia="Times New Roman" w:cs="Times New Roman"/>
          <w:color w:val="000000" w:themeColor="text1"/>
          <w:sz w:val="28"/>
          <w:szCs w:val="28"/>
          <w:lang w:val="fr-FR"/>
        </w:rPr>
        <w:t xml:space="preserve">. </w:t>
      </w:r>
      <w:r w:rsidRPr="00D0346F">
        <w:rPr>
          <w:rFonts w:eastAsia="Times New Roman" w:cs="Times New Roman"/>
          <w:color w:val="000000" w:themeColor="text1"/>
          <w:sz w:val="28"/>
          <w:szCs w:val="28"/>
          <w:lang w:val="fr-FR"/>
        </w:rPr>
        <w:t xml:space="preserve"> Am promovat sesiunea de examinare cu media __________ </w:t>
      </w:r>
      <w:proofErr w:type="spellStart"/>
      <w:r w:rsidRPr="00D0346F">
        <w:rPr>
          <w:rFonts w:eastAsia="Times New Roman" w:cs="Times New Roman"/>
          <w:color w:val="000000" w:themeColor="text1"/>
          <w:sz w:val="28"/>
          <w:szCs w:val="28"/>
          <w:lang w:val="fr-FR"/>
        </w:rPr>
        <w:t>și</w:t>
      </w:r>
      <w:proofErr w:type="spellEnd"/>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mă</w:t>
      </w:r>
      <w:proofErr w:type="spellEnd"/>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încadrez</w:t>
      </w:r>
      <w:proofErr w:type="spellEnd"/>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în</w:t>
      </w:r>
      <w:proofErr w:type="spellEnd"/>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categoria</w:t>
      </w:r>
      <w:proofErr w:type="spellEnd"/>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beneficiarilor</w:t>
      </w:r>
      <w:proofErr w:type="spellEnd"/>
      <w:r w:rsidRPr="00D0346F">
        <w:rPr>
          <w:rFonts w:eastAsia="Times New Roman" w:cs="Times New Roman"/>
          <w:color w:val="000000" w:themeColor="text1"/>
          <w:sz w:val="28"/>
          <w:szCs w:val="28"/>
          <w:lang w:val="fr-FR"/>
        </w:rPr>
        <w:t xml:space="preserve"> de </w:t>
      </w:r>
      <w:proofErr w:type="spellStart"/>
      <w:r w:rsidRPr="00D0346F">
        <w:rPr>
          <w:rFonts w:eastAsia="Times New Roman" w:cs="Times New Roman"/>
          <w:color w:val="000000" w:themeColor="text1"/>
          <w:sz w:val="28"/>
          <w:szCs w:val="28"/>
          <w:lang w:val="fr-FR"/>
        </w:rPr>
        <w:t>bursă</w:t>
      </w:r>
      <w:proofErr w:type="spellEnd"/>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socială</w:t>
      </w:r>
      <w:proofErr w:type="spellEnd"/>
      <w:r w:rsidR="00E14723" w:rsidRPr="00D0346F">
        <w:rPr>
          <w:rFonts w:eastAsia="Times New Roman" w:cs="Times New Roman"/>
          <w:color w:val="000000" w:themeColor="text1"/>
          <w:sz w:val="28"/>
          <w:szCs w:val="28"/>
          <w:lang w:val="fr-FR"/>
        </w:rPr>
        <w:t xml:space="preserve"> (se </w:t>
      </w:r>
      <w:proofErr w:type="spellStart"/>
      <w:r w:rsidR="00E14723" w:rsidRPr="00D0346F">
        <w:rPr>
          <w:rFonts w:eastAsia="Times New Roman" w:cs="Times New Roman"/>
          <w:color w:val="000000" w:themeColor="text1"/>
          <w:sz w:val="28"/>
          <w:szCs w:val="28"/>
          <w:lang w:val="fr-FR"/>
        </w:rPr>
        <w:t>indică</w:t>
      </w:r>
      <w:proofErr w:type="spellEnd"/>
      <w:r w:rsidR="00E14723" w:rsidRPr="00D0346F">
        <w:rPr>
          <w:rFonts w:eastAsia="Times New Roman" w:cs="Times New Roman"/>
          <w:color w:val="000000" w:themeColor="text1"/>
          <w:sz w:val="28"/>
          <w:szCs w:val="28"/>
          <w:lang w:val="fr-FR"/>
        </w:rPr>
        <w:t xml:space="preserve"> </w:t>
      </w:r>
      <w:proofErr w:type="spellStart"/>
      <w:r w:rsidR="00E14723" w:rsidRPr="00D0346F">
        <w:rPr>
          <w:rFonts w:eastAsia="Times New Roman" w:cs="Times New Roman"/>
          <w:color w:val="000000" w:themeColor="text1"/>
          <w:sz w:val="28"/>
          <w:szCs w:val="28"/>
          <w:lang w:val="fr-FR"/>
        </w:rPr>
        <w:t>categoria</w:t>
      </w:r>
      <w:proofErr w:type="spellEnd"/>
      <w:proofErr w:type="gramStart"/>
      <w:r w:rsidR="00E14723" w:rsidRPr="00D0346F">
        <w:rPr>
          <w:rFonts w:eastAsia="Times New Roman" w:cs="Times New Roman"/>
          <w:color w:val="000000" w:themeColor="text1"/>
          <w:sz w:val="28"/>
          <w:szCs w:val="28"/>
          <w:lang w:val="fr-FR"/>
        </w:rPr>
        <w:t>):</w:t>
      </w:r>
      <w:proofErr w:type="gramEnd"/>
    </w:p>
    <w:p w14:paraId="5ABA7820" w14:textId="554B7C59" w:rsidR="008B56EE" w:rsidRPr="00A8578D" w:rsidRDefault="00000000" w:rsidP="00E14723">
      <w:pPr>
        <w:widowControl w:val="0"/>
        <w:spacing w:after="0" w:line="240" w:lineRule="auto"/>
        <w:rPr>
          <w:rFonts w:eastAsia="Times New Roman" w:cs="Times New Roman"/>
          <w:color w:val="000000" w:themeColor="text1"/>
          <w:sz w:val="28"/>
          <w:szCs w:val="28"/>
          <w:u w:val="single"/>
          <w:lang w:val="fr-FR"/>
        </w:rPr>
      </w:pPr>
      <w:r w:rsidRPr="00A8578D">
        <w:rPr>
          <w:rFonts w:eastAsia="Times New Roman" w:cs="Times New Roman"/>
          <w:color w:val="000000" w:themeColor="text1"/>
          <w:sz w:val="28"/>
          <w:szCs w:val="28"/>
          <w:u w:val="single"/>
          <w:lang w:val="fr-FR"/>
        </w:rPr>
        <w:t>__________________________________________________________________</w:t>
      </w:r>
      <w:r w:rsidR="00E14723" w:rsidRPr="00A8578D">
        <w:rPr>
          <w:rFonts w:eastAsia="Times New Roman" w:cs="Times New Roman"/>
          <w:color w:val="000000" w:themeColor="text1"/>
          <w:sz w:val="28"/>
          <w:szCs w:val="28"/>
          <w:u w:val="single"/>
          <w:lang w:val="fr-FR"/>
        </w:rPr>
        <w:t>___</w:t>
      </w:r>
    </w:p>
    <w:p w14:paraId="3E9F4C60" w14:textId="479931FA" w:rsidR="008B56EE" w:rsidRPr="00A8578D" w:rsidRDefault="00000000" w:rsidP="00E14723">
      <w:pPr>
        <w:widowControl w:val="0"/>
        <w:spacing w:after="0" w:line="240" w:lineRule="auto"/>
        <w:rPr>
          <w:rFonts w:eastAsia="Times New Roman" w:cs="Times New Roman"/>
          <w:color w:val="000000" w:themeColor="text1"/>
          <w:sz w:val="28"/>
          <w:szCs w:val="28"/>
          <w:u w:val="single"/>
          <w:lang w:val="fr-FR"/>
        </w:rPr>
      </w:pPr>
      <w:r w:rsidRPr="00A8578D">
        <w:rPr>
          <w:rFonts w:eastAsia="Times New Roman" w:cs="Times New Roman"/>
          <w:color w:val="000000" w:themeColor="text1"/>
          <w:sz w:val="28"/>
          <w:szCs w:val="28"/>
          <w:u w:val="single"/>
          <w:lang w:val="fr-FR"/>
        </w:rPr>
        <w:t>________________________________________________________________________________</w:t>
      </w:r>
      <w:r w:rsidR="00E14723" w:rsidRPr="00A8578D">
        <w:rPr>
          <w:rFonts w:eastAsia="Times New Roman" w:cs="Times New Roman"/>
          <w:color w:val="000000" w:themeColor="text1"/>
          <w:sz w:val="28"/>
          <w:szCs w:val="28"/>
          <w:u w:val="single"/>
          <w:lang w:val="fr-FR"/>
        </w:rPr>
        <w:t>__________________________________________________________</w:t>
      </w:r>
    </w:p>
    <w:p w14:paraId="78C1FA8C" w14:textId="23ABE5C7" w:rsidR="008B56EE" w:rsidRPr="00D0346F" w:rsidRDefault="00000000" w:rsidP="001355B1">
      <w:pPr>
        <w:widowControl w:val="0"/>
        <w:spacing w:after="0" w:line="360" w:lineRule="auto"/>
        <w:ind w:left="193" w:right="164" w:firstLine="527"/>
        <w:rPr>
          <w:rFonts w:eastAsia="Times New Roman" w:cs="Times New Roman"/>
          <w:color w:val="000000" w:themeColor="text1"/>
          <w:sz w:val="28"/>
          <w:szCs w:val="28"/>
          <w:lang w:val="fr-FR"/>
        </w:rPr>
      </w:pPr>
      <w:proofErr w:type="spellStart"/>
      <w:r w:rsidRPr="00D0346F">
        <w:rPr>
          <w:rFonts w:eastAsia="Times New Roman" w:cs="Times New Roman"/>
          <w:color w:val="000000" w:themeColor="text1"/>
          <w:sz w:val="28"/>
          <w:szCs w:val="28"/>
          <w:lang w:val="fr-FR"/>
        </w:rPr>
        <w:t>Documentele</w:t>
      </w:r>
      <w:proofErr w:type="spellEnd"/>
      <w:r w:rsidRPr="00D0346F">
        <w:rPr>
          <w:rFonts w:eastAsia="Times New Roman" w:cs="Times New Roman"/>
          <w:color w:val="000000" w:themeColor="text1"/>
          <w:sz w:val="28"/>
          <w:szCs w:val="28"/>
          <w:lang w:val="fr-FR"/>
        </w:rPr>
        <w:t xml:space="preserve"> justificative care </w:t>
      </w:r>
      <w:proofErr w:type="spellStart"/>
      <w:r w:rsidRPr="00D0346F">
        <w:rPr>
          <w:rFonts w:eastAsia="Times New Roman" w:cs="Times New Roman"/>
          <w:color w:val="000000" w:themeColor="text1"/>
          <w:sz w:val="28"/>
          <w:szCs w:val="28"/>
          <w:lang w:val="fr-FR"/>
        </w:rPr>
        <w:t>confirmă</w:t>
      </w:r>
      <w:proofErr w:type="spellEnd"/>
      <w:r w:rsidRPr="00D0346F">
        <w:rPr>
          <w:rFonts w:eastAsia="Times New Roman" w:cs="Times New Roman"/>
          <w:color w:val="000000" w:themeColor="text1"/>
          <w:sz w:val="28"/>
          <w:szCs w:val="28"/>
          <w:lang w:val="fr-FR"/>
        </w:rPr>
        <w:t xml:space="preserve"> încadrarea </w:t>
      </w:r>
      <w:proofErr w:type="spellStart"/>
      <w:r w:rsidRPr="00D0346F">
        <w:rPr>
          <w:rFonts w:eastAsia="Times New Roman" w:cs="Times New Roman"/>
          <w:color w:val="000000" w:themeColor="text1"/>
          <w:sz w:val="28"/>
          <w:szCs w:val="28"/>
          <w:lang w:val="fr-FR"/>
        </w:rPr>
        <w:t>în</w:t>
      </w:r>
      <w:proofErr w:type="spellEnd"/>
      <w:r w:rsidRPr="00D0346F">
        <w:rPr>
          <w:rFonts w:eastAsia="Times New Roman" w:cs="Times New Roman"/>
          <w:color w:val="000000" w:themeColor="text1"/>
          <w:sz w:val="28"/>
          <w:szCs w:val="28"/>
          <w:lang w:val="fr-FR"/>
        </w:rPr>
        <w:t xml:space="preserve"> </w:t>
      </w:r>
      <w:proofErr w:type="spellStart"/>
      <w:r w:rsidRPr="00D0346F">
        <w:rPr>
          <w:rFonts w:eastAsia="Times New Roman" w:cs="Times New Roman"/>
          <w:color w:val="000000" w:themeColor="text1"/>
          <w:sz w:val="28"/>
          <w:szCs w:val="28"/>
          <w:lang w:val="fr-FR"/>
        </w:rPr>
        <w:t>categoria</w:t>
      </w:r>
      <w:proofErr w:type="spellEnd"/>
      <w:r w:rsidRPr="00D0346F">
        <w:rPr>
          <w:rFonts w:eastAsia="Times New Roman" w:cs="Times New Roman"/>
          <w:color w:val="000000" w:themeColor="text1"/>
          <w:sz w:val="28"/>
          <w:szCs w:val="28"/>
          <w:lang w:val="fr-FR"/>
        </w:rPr>
        <w:t xml:space="preserve"> de </w:t>
      </w:r>
      <w:proofErr w:type="spellStart"/>
      <w:r w:rsidRPr="00D0346F">
        <w:rPr>
          <w:rFonts w:eastAsia="Times New Roman" w:cs="Times New Roman"/>
          <w:color w:val="000000" w:themeColor="text1"/>
          <w:sz w:val="28"/>
          <w:szCs w:val="28"/>
          <w:lang w:val="fr-FR"/>
        </w:rPr>
        <w:t>beneficiar</w:t>
      </w:r>
      <w:proofErr w:type="spellEnd"/>
      <w:r w:rsidRPr="00D0346F">
        <w:rPr>
          <w:rFonts w:eastAsia="Times New Roman" w:cs="Times New Roman"/>
          <w:color w:val="000000" w:themeColor="text1"/>
          <w:sz w:val="28"/>
          <w:szCs w:val="28"/>
          <w:lang w:val="fr-FR"/>
        </w:rPr>
        <w:t xml:space="preserve"> al </w:t>
      </w:r>
      <w:proofErr w:type="spellStart"/>
      <w:r w:rsidRPr="00D0346F">
        <w:rPr>
          <w:rFonts w:eastAsia="Times New Roman" w:cs="Times New Roman"/>
          <w:color w:val="000000" w:themeColor="text1"/>
          <w:sz w:val="28"/>
          <w:szCs w:val="28"/>
          <w:lang w:val="fr-FR"/>
        </w:rPr>
        <w:t>bursei</w:t>
      </w:r>
      <w:proofErr w:type="spellEnd"/>
      <w:r w:rsidRPr="00D0346F">
        <w:rPr>
          <w:rFonts w:eastAsia="Times New Roman" w:cs="Times New Roman"/>
          <w:color w:val="000000" w:themeColor="text1"/>
          <w:sz w:val="28"/>
          <w:szCs w:val="28"/>
          <w:lang w:val="fr-FR"/>
        </w:rPr>
        <w:t xml:space="preserve"> sociale se </w:t>
      </w:r>
      <w:proofErr w:type="spellStart"/>
      <w:proofErr w:type="gramStart"/>
      <w:r w:rsidRPr="00D0346F">
        <w:rPr>
          <w:rFonts w:eastAsia="Times New Roman" w:cs="Times New Roman"/>
          <w:color w:val="000000" w:themeColor="text1"/>
          <w:sz w:val="28"/>
          <w:szCs w:val="28"/>
          <w:lang w:val="fr-FR"/>
        </w:rPr>
        <w:t>anexează</w:t>
      </w:r>
      <w:proofErr w:type="spellEnd"/>
      <w:r w:rsidRPr="00D0346F">
        <w:rPr>
          <w:rFonts w:eastAsia="Times New Roman" w:cs="Times New Roman"/>
          <w:color w:val="000000" w:themeColor="text1"/>
          <w:sz w:val="28"/>
          <w:szCs w:val="28"/>
          <w:lang w:val="fr-FR"/>
        </w:rPr>
        <w:t>:</w:t>
      </w:r>
      <w:r w:rsidR="00E14723" w:rsidRPr="00D0346F">
        <w:rPr>
          <w:rFonts w:eastAsia="Times New Roman" w:cs="Times New Roman"/>
          <w:color w:val="000000" w:themeColor="text1"/>
          <w:sz w:val="28"/>
          <w:szCs w:val="28"/>
          <w:lang w:val="fr-FR"/>
        </w:rPr>
        <w:t>_</w:t>
      </w:r>
      <w:proofErr w:type="gramEnd"/>
      <w:r w:rsidR="00E14723" w:rsidRPr="00D0346F">
        <w:rPr>
          <w:rFonts w:eastAsia="Times New Roman" w:cs="Times New Roman"/>
          <w:color w:val="000000" w:themeColor="text1"/>
          <w:sz w:val="28"/>
          <w:szCs w:val="28"/>
          <w:lang w:val="fr-FR"/>
        </w:rPr>
        <w:t>__________________________________________</w:t>
      </w:r>
    </w:p>
    <w:p w14:paraId="44B5BF47" w14:textId="2E92DB5D" w:rsidR="008B56EE" w:rsidRPr="00D0346F" w:rsidRDefault="00000000" w:rsidP="00E14723">
      <w:pPr>
        <w:widowControl w:val="0"/>
        <w:spacing w:after="0" w:line="360" w:lineRule="auto"/>
        <w:ind w:left="193" w:right="164"/>
        <w:rPr>
          <w:rFonts w:eastAsia="Times New Roman" w:cs="Times New Roman"/>
          <w:color w:val="000000" w:themeColor="text1"/>
          <w:sz w:val="28"/>
          <w:szCs w:val="28"/>
          <w:lang w:val="fr-FR"/>
        </w:rPr>
      </w:pPr>
      <w:r w:rsidRPr="00D0346F">
        <w:rPr>
          <w:rFonts w:eastAsia="Times New Roman" w:cs="Times New Roman"/>
          <w:color w:val="000000" w:themeColor="text1"/>
          <w:sz w:val="28"/>
          <w:szCs w:val="28"/>
          <w:lang w:val="fr-FR"/>
        </w:rPr>
        <w:t>__________________________________________________________________</w:t>
      </w:r>
      <w:r w:rsidR="00E14723" w:rsidRPr="00D0346F">
        <w:rPr>
          <w:rFonts w:eastAsia="Times New Roman" w:cs="Times New Roman"/>
          <w:color w:val="000000" w:themeColor="text1"/>
          <w:sz w:val="28"/>
          <w:szCs w:val="28"/>
          <w:lang w:val="fr-FR"/>
        </w:rPr>
        <w:t>_</w:t>
      </w:r>
    </w:p>
    <w:p w14:paraId="0B77D6BF" w14:textId="00271B0B" w:rsidR="008B56EE" w:rsidRPr="00D0346F" w:rsidRDefault="00000000" w:rsidP="00E14723">
      <w:pPr>
        <w:widowControl w:val="0"/>
        <w:spacing w:after="0" w:line="240" w:lineRule="auto"/>
        <w:ind w:left="193" w:right="164"/>
        <w:rPr>
          <w:rFonts w:eastAsia="Times New Roman" w:cs="Times New Roman"/>
          <w:color w:val="000000" w:themeColor="text1"/>
          <w:sz w:val="28"/>
          <w:szCs w:val="28"/>
          <w:lang w:val="fr-FR"/>
        </w:rPr>
      </w:pPr>
      <w:r w:rsidRPr="00D0346F">
        <w:rPr>
          <w:rFonts w:eastAsia="Times New Roman" w:cs="Times New Roman"/>
          <w:color w:val="000000" w:themeColor="text1"/>
          <w:sz w:val="28"/>
          <w:szCs w:val="28"/>
          <w:lang w:val="fr-FR"/>
        </w:rPr>
        <w:t>________________________________________________________________________________</w:t>
      </w:r>
      <w:r w:rsidR="00E14723" w:rsidRPr="00D0346F">
        <w:rPr>
          <w:rFonts w:eastAsia="Times New Roman" w:cs="Times New Roman"/>
          <w:color w:val="000000" w:themeColor="text1"/>
          <w:sz w:val="28"/>
          <w:szCs w:val="28"/>
          <w:lang w:val="fr-FR"/>
        </w:rPr>
        <w:t>______________________________________________________</w:t>
      </w:r>
    </w:p>
    <w:p w14:paraId="26188055" w14:textId="77777777" w:rsidR="00E14723" w:rsidRPr="00D0346F" w:rsidRDefault="00E14723" w:rsidP="00E14723"/>
    <w:tbl>
      <w:tblPr>
        <w:tblW w:w="0" w:type="auto"/>
        <w:tblLayout w:type="fixed"/>
        <w:tblLook w:val="04A0" w:firstRow="1" w:lastRow="0" w:firstColumn="1" w:lastColumn="0" w:noHBand="0" w:noVBand="1"/>
      </w:tblPr>
      <w:tblGrid>
        <w:gridCol w:w="4872"/>
        <w:gridCol w:w="4872"/>
      </w:tblGrid>
      <w:tr w:rsidR="008B56EE" w:rsidRPr="00D0346F" w14:paraId="62E4D43F" w14:textId="77777777">
        <w:tc>
          <w:tcPr>
            <w:tcW w:w="4872" w:type="dxa"/>
            <w:vAlign w:val="center"/>
          </w:tcPr>
          <w:p w14:paraId="3E5AEC81" w14:textId="77777777" w:rsidR="008B56EE" w:rsidRPr="00D0346F" w:rsidRDefault="00000000" w:rsidP="00E14723">
            <w:pPr>
              <w:jc w:val="center"/>
            </w:pPr>
            <w:r w:rsidRPr="00D0346F">
              <w:t>________________________</w:t>
            </w:r>
          </w:p>
        </w:tc>
        <w:tc>
          <w:tcPr>
            <w:tcW w:w="4872" w:type="dxa"/>
            <w:vAlign w:val="center"/>
          </w:tcPr>
          <w:p w14:paraId="412FD400" w14:textId="77777777" w:rsidR="008B56EE" w:rsidRPr="00D0346F" w:rsidRDefault="00000000" w:rsidP="00E14723">
            <w:pPr>
              <w:jc w:val="center"/>
            </w:pPr>
            <w:r w:rsidRPr="00D0346F">
              <w:t>________________________</w:t>
            </w:r>
          </w:p>
        </w:tc>
      </w:tr>
      <w:tr w:rsidR="008B56EE" w:rsidRPr="00D0346F" w14:paraId="58026EEB" w14:textId="77777777">
        <w:tc>
          <w:tcPr>
            <w:tcW w:w="4872" w:type="dxa"/>
            <w:vAlign w:val="center"/>
          </w:tcPr>
          <w:p w14:paraId="7FAF6354" w14:textId="77777777" w:rsidR="008B56EE" w:rsidRPr="00D0346F" w:rsidRDefault="00000000" w:rsidP="00E14723">
            <w:pPr>
              <w:jc w:val="center"/>
            </w:pPr>
            <w:r w:rsidRPr="00D0346F">
              <w:t>data</w:t>
            </w:r>
          </w:p>
        </w:tc>
        <w:tc>
          <w:tcPr>
            <w:tcW w:w="4872" w:type="dxa"/>
            <w:vAlign w:val="center"/>
          </w:tcPr>
          <w:p w14:paraId="068283AE" w14:textId="77777777" w:rsidR="008B56EE" w:rsidRPr="00D0346F" w:rsidRDefault="00000000" w:rsidP="00E14723">
            <w:pPr>
              <w:jc w:val="center"/>
            </w:pPr>
            <w:r w:rsidRPr="00D0346F">
              <w:t>semnătura</w:t>
            </w:r>
          </w:p>
        </w:tc>
      </w:tr>
    </w:tbl>
    <w:p w14:paraId="3F0167B0" w14:textId="77777777" w:rsidR="00E14723" w:rsidRDefault="00E14723" w:rsidP="00E14723">
      <w:pPr>
        <w:jc w:val="center"/>
        <w:rPr>
          <w:b/>
        </w:rPr>
      </w:pPr>
    </w:p>
    <w:p w14:paraId="121B18A8" w14:textId="77777777" w:rsidR="00E14723" w:rsidRDefault="00E14723" w:rsidP="00E14723">
      <w:pPr>
        <w:jc w:val="center"/>
        <w:rPr>
          <w:rFonts w:cs="Times New Roman"/>
          <w:b/>
          <w:bCs/>
          <w:color w:val="000000"/>
          <w:sz w:val="28"/>
          <w:szCs w:val="28"/>
        </w:rPr>
      </w:pPr>
      <w:proofErr w:type="spellStart"/>
      <w:r>
        <w:rPr>
          <w:rFonts w:cs="Times New Roman"/>
          <w:b/>
          <w:bCs/>
          <w:color w:val="000000"/>
          <w:sz w:val="28"/>
          <w:szCs w:val="28"/>
        </w:rPr>
        <w:t>Decanului</w:t>
      </w:r>
      <w:proofErr w:type="spellEnd"/>
      <w:r>
        <w:rPr>
          <w:rFonts w:cs="Times New Roman"/>
          <w:b/>
          <w:bCs/>
          <w:color w:val="000000"/>
          <w:sz w:val="28"/>
          <w:szCs w:val="28"/>
        </w:rPr>
        <w:t xml:space="preserve"> FCIM</w:t>
      </w:r>
      <w:r w:rsidRPr="007607CE">
        <w:rPr>
          <w:rFonts w:cs="Times New Roman"/>
          <w:b/>
          <w:bCs/>
          <w:color w:val="000000"/>
          <w:sz w:val="28"/>
          <w:szCs w:val="28"/>
        </w:rPr>
        <w:t xml:space="preserve">, </w:t>
      </w:r>
      <w:r>
        <w:rPr>
          <w:rFonts w:cs="Times New Roman"/>
          <w:b/>
          <w:bCs/>
          <w:color w:val="000000"/>
          <w:sz w:val="28"/>
          <w:szCs w:val="28"/>
        </w:rPr>
        <w:t xml:space="preserve">conf. univ., </w:t>
      </w:r>
      <w:r w:rsidRPr="007607CE">
        <w:rPr>
          <w:rFonts w:cs="Times New Roman"/>
          <w:b/>
          <w:bCs/>
          <w:color w:val="000000"/>
          <w:sz w:val="28"/>
          <w:szCs w:val="28"/>
        </w:rPr>
        <w:t xml:space="preserve">dr. </w:t>
      </w:r>
      <w:r>
        <w:rPr>
          <w:rFonts w:cs="Times New Roman"/>
          <w:b/>
          <w:bCs/>
          <w:color w:val="000000"/>
          <w:sz w:val="28"/>
          <w:szCs w:val="28"/>
        </w:rPr>
        <w:t>Dumitru Ciorbă</w:t>
      </w:r>
    </w:p>
    <w:p w14:paraId="26A8E516" w14:textId="77777777" w:rsidR="00E14723" w:rsidRDefault="00E14723" w:rsidP="00E14723">
      <w:pPr>
        <w:jc w:val="center"/>
        <w:rPr>
          <w:b/>
        </w:rPr>
      </w:pPr>
    </w:p>
    <w:p w14:paraId="3835A917" w14:textId="77777777" w:rsidR="00E14723" w:rsidRDefault="00E14723" w:rsidP="00E14723">
      <w:pPr>
        <w:jc w:val="center"/>
      </w:pPr>
    </w:p>
    <w:p w14:paraId="3D752D06" w14:textId="77777777" w:rsidR="002204BA" w:rsidRDefault="002204BA" w:rsidP="00E14723">
      <w:pPr>
        <w:jc w:val="center"/>
      </w:pPr>
    </w:p>
    <w:p w14:paraId="4FE824F0" w14:textId="77777777" w:rsidR="002204BA" w:rsidRDefault="002204BA" w:rsidP="00E14723">
      <w:pPr>
        <w:jc w:val="center"/>
      </w:pPr>
    </w:p>
    <w:p w14:paraId="34ED6322" w14:textId="77777777" w:rsidR="002204BA" w:rsidRDefault="002204BA" w:rsidP="00E14723">
      <w:pPr>
        <w:jc w:val="center"/>
      </w:pPr>
    </w:p>
    <w:p w14:paraId="186E2EEB" w14:textId="77777777" w:rsidR="008B56EE" w:rsidRDefault="00000000" w:rsidP="002204BA">
      <w:pPr>
        <w:jc w:val="both"/>
      </w:pPr>
      <w:proofErr w:type="spellStart"/>
      <w:r w:rsidRPr="00E14723">
        <w:rPr>
          <w:b/>
          <w:bCs/>
          <w:i/>
        </w:rPr>
        <w:t>Notă</w:t>
      </w:r>
      <w:proofErr w:type="spellEnd"/>
      <w:r>
        <w:rPr>
          <w:i/>
        </w:rPr>
        <w:t xml:space="preserve">: La </w:t>
      </w:r>
      <w:proofErr w:type="spellStart"/>
      <w:r>
        <w:rPr>
          <w:i/>
        </w:rPr>
        <w:t>acordarea</w:t>
      </w:r>
      <w:proofErr w:type="spellEnd"/>
      <w:r>
        <w:rPr>
          <w:i/>
        </w:rPr>
        <w:t xml:space="preserve"> </w:t>
      </w:r>
      <w:proofErr w:type="spellStart"/>
      <w:r>
        <w:rPr>
          <w:i/>
        </w:rPr>
        <w:t>burselor</w:t>
      </w:r>
      <w:proofErr w:type="spellEnd"/>
      <w:r>
        <w:rPr>
          <w:i/>
        </w:rPr>
        <w:t xml:space="preserve"> sociale se acordă prioritate studenților rămași fără ocrotire părintească, precum și studenților cu grad de dizabilitate sever sau accentuat. Bursele sociale pentru ceilalți candidați se acordă în baza rezultatelor academice, fără diferențiere pe categoriile prevăzute la pct. 28 din prezentul Regulament.</w:t>
      </w:r>
    </w:p>
    <w:sectPr w:rsidR="008B56EE" w:rsidSect="002204BA">
      <w:pgSz w:w="12240" w:h="15840"/>
      <w:pgMar w:top="426" w:right="1191" w:bottom="142"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1845822">
    <w:abstractNumId w:val="8"/>
  </w:num>
  <w:num w:numId="2" w16cid:durableId="1146584748">
    <w:abstractNumId w:val="6"/>
  </w:num>
  <w:num w:numId="3" w16cid:durableId="859702069">
    <w:abstractNumId w:val="5"/>
  </w:num>
  <w:num w:numId="4" w16cid:durableId="977294807">
    <w:abstractNumId w:val="4"/>
  </w:num>
  <w:num w:numId="5" w16cid:durableId="1295601666">
    <w:abstractNumId w:val="7"/>
  </w:num>
  <w:num w:numId="6" w16cid:durableId="790823834">
    <w:abstractNumId w:val="3"/>
  </w:num>
  <w:num w:numId="7" w16cid:durableId="819152364">
    <w:abstractNumId w:val="2"/>
  </w:num>
  <w:num w:numId="8" w16cid:durableId="893125434">
    <w:abstractNumId w:val="1"/>
  </w:num>
  <w:num w:numId="9" w16cid:durableId="1807507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55B1"/>
    <w:rsid w:val="0015074B"/>
    <w:rsid w:val="001F5D3A"/>
    <w:rsid w:val="002204BA"/>
    <w:rsid w:val="0029639D"/>
    <w:rsid w:val="002C56C8"/>
    <w:rsid w:val="00326F90"/>
    <w:rsid w:val="005B1607"/>
    <w:rsid w:val="008B56EE"/>
    <w:rsid w:val="00A8578D"/>
    <w:rsid w:val="00AA1D8D"/>
    <w:rsid w:val="00B47730"/>
    <w:rsid w:val="00B6093E"/>
    <w:rsid w:val="00B71FEA"/>
    <w:rsid w:val="00CB0664"/>
    <w:rsid w:val="00D0346F"/>
    <w:rsid w:val="00D71CA3"/>
    <w:rsid w:val="00E147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EA3248"/>
  <w14:defaultImageDpi w14:val="300"/>
  <w15:docId w15:val="{84D81CAC-EA48-419B-9B16-16ACDCE31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Ţurcan Ana</cp:lastModifiedBy>
  <cp:revision>9</cp:revision>
  <cp:lastPrinted>2026-10-12T15:17:00Z</cp:lastPrinted>
  <dcterms:created xsi:type="dcterms:W3CDTF">2013-12-23T23:15:00Z</dcterms:created>
  <dcterms:modified xsi:type="dcterms:W3CDTF">2026-10-12T15:35:00Z</dcterms:modified>
  <cp:category/>
</cp:coreProperties>
</file>